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4695: 敏感词替换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4695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在某个论坛上，管理员希望将所有出现的敏感词 bad 替换为 ***，以保证内容的健康。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你的任务是编写一个程序，将输入字符串中的所有 bad 替换为 ***。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请注意：替换 bad 过程不区分大小写，也就是说，发言中的 Bad、BAD、baD ⋯ 均会被替换。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但含有 bad 的单词不会被替换，比如 badge、badminton。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一个以 . 结尾的字符串 S，表示论坛上的发言（字符串 S 的长度在 [1, 1000] 的范围内，字符串由英文的大小写字母、空格和英文的句号组成）。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输出替换后的结果。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