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4694: 截取用户名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一个网站的用户注册系统需要从用户的邮箱地址中提取用户名。邮箱格式为 username@domain.com，其中 username 由英文字母和数字组成，@domain.com 表示邮箱的域名，具体可以参考下面的样例。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你的任务是从给定的邮箱地址中提取 username 并输出，即：提取出 @ 前面的内容。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 S，表示一个邮箱地址 （字符串 S 的长度在 [5, 100] 的范围内，邮箱地址不含空格，且 @ 在邮箱中仅出现一次）。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输出邮箱地址中的 username。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john_doe123@example.com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john_doe123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