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4693: 密码破解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小明在一本古籍中发现了一串神秘的代码，他猜测这串代码中隐藏着一个关键字。他知道关键字一定是 SECRET，但不知道它在代码中的确切位置。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你的任务是帮助小明找到 SECRET 在代码中的最早和最晚出现的位置。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输入一行由大写字母组成的字符串 S，表示神秘代码 (字符串 S 的长度在 [1, 100]之间)。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SECRET 出现在 S 中，输出两个整数，分别表示 SECRET 第一次出现的位置和最后一次出现的位置。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SECRET 没有出现，输出 -1 -1。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