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4690: 割裂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GESP八级LCA树上差分25年3月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2025年GESP 3月认证C++八级真题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小杨有一棵包含  n  个节点的树，其中节点的编号从  1  到 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小杨设置了  a  个好点对 {⟨ u_1, v_1 ⟩, ⟨ u_2, v_2 ⟩, ⋯, ⟨ u_a, v_a ⟩} 和一个坏点对 ⟨ b_u, b_v ⟩。一个节点能被删除，当且仅当：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删除该节点后对于所有的  1 ≤q i ≤q a ，好点对  u_i  和  v_i  仍然连通；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删除该节点后坏点对  b_u  和  b_v  不连通。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如果点对中的任意一个节点被删除，其视为不连通。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小杨想知道，还有多少个节点能被删除。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第一行包含两个非负整数  n ,  a ，含义如下题面所示。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- 1 行，每行包含两个正整数  x_i, y_i ，代表存在一条连接节点  x_i  和  y_i  的边；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 a  行，每行包含两个正整数  u_i, v_i ，代表一个好点对  ⟨ u_i, v_i ⟩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最后一行包含两个正整数  b_u, b_v ，代表坏点对  ⟨ b_u, b_v ⟩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输出一个正整数，代表能够删除的节点个数。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子任务编号分值 n  a 120=10=0220 ≤q 100  ≤q 100 360 ≤q 10^6  ≤q 10^5 对于全部数据，保证有  1 ≤q n ≤q 10^6 ,  0 ≤q a ≤q 10^5 ,  u_i ≠ v_i ,  b_u ≠ b_v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