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4688: 等价消除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GESP七级前缀和位运算25年3月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 3月认证C++七级真题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小A有一个仅包含小写英文字母的字符串  S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对于一个字符串，如果能通过每次删去其中两个相同字符的方式，将这个字符串变为空串，那么称这个字符串是可以被等价消除的。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小A想知道  S  有多少子串是可以被等价消除的。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  S'  是  S  的子串，当且仅当删去  S  的某个可以为空的前缀和某个可以为空的后缀之后，可以得到  S'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 |S| ，表示字符串  S 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第二行，一个仅包含小写英文字母的字符串  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的测试点，保证  S  中仅包含 a 和 b 两种字符。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的测试点，保证  1 ≤q |S| ≤q 2000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≤q |S| ≤q 2 ×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