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4687: 图上移动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GESP七级递推动态规划图的遍历25年3月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2025年GESP 3月认证C++七级真题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小A有一张包含  n  个结点与  m  条边的无向图，结点以  1, 2, …, n  标号。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小A会从图上选择一个结点作为起点，每一步移动到某个与当前小A所在结点相邻的结点。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对于每个结点  i （ 1 ≤q i ≤q n ），小A想知道从结点  i  出发恰好移动  1, 2, …, k  步之后，小A可能位于哪些结点。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由于满足条件的结点可能有很多，你只需要求出这些结点的数量。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第一行，三个正整数  n, m, k ，分别表示无向图的结点数与边数、最多移动的步数。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 m  行，每行两个正整数  u_i, v_i ，表示图中的一条连接结点  u_i  与  v_i  的无向边。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 n  行，第  i  行（ 1 ≤q i ≤q n ）包含  k  个整数，第  j  个整数（ 1 ≤q j ≤q k ）表示从结点  i  出发恰好移动  j  步之后可能位于的结点数量。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的测试点，保证  k =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20% 的测试点，保证  1 ≤q n ≤q 50 ， 1 ≤q m ≤q 50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 1 ≤q n ≤q 500 ， 1 ≤q m ≤q 500 ， 1 ≤q k ≤q 20 ， 1 ≤q u_i, v_i ≤q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