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4684: 原根判断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4684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GESP五级数论费马小定理快速幂25年3月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2025GESP3月认证 C++ 五级试题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小A知道，对于质数  p  而言， p  的原根  g  是满足以下条件的正整数：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 &lt; g &lt; p ;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g^{p-1} mod p = 1 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对于任意  1 ≤q i &lt; p-1  均有  g^i mod p ≠ 1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其中  a mod p  表示  a  除以  p  的余数。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小A现在有一个整数  a ，请你帮他判断  a  是否是  p  的原根。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第一行，一个正整数  T ，表示测试数据组数。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每组测试数据包含一行，两个正整数  a, p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对于每组测试数据，输出一行，如果  a  是  p  的原根则输出 Yes，否则输出 No。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3 998244353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5 998244353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7 998244353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Yes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Yes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对于40%的测试点，保证 3 ≤q p ≤q 10^3。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1 ≤q T ≤q 20，3 ≤q p ≤q 10^9，1 &lt; a &lt; p，p 为质数。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