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4677: 等差矩阵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GESP二级嵌套循环25年3月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2025年GESP3月认证C++二级真题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想构造一个 n 行 m 列的矩阵，使得矩阵的每一行与每一列均是等差数列。小 A 发现，在矩阵的第 i 行第 j 列填入整数 i × j ，得到的矩阵能满足要求。你能帮小 A 输出这个矩阵吗？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一行，两个正整数 n，m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n 行，每行 m 个由空格分割的整数，表示小 A 需要构造的矩阵。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2 4 6 8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3 6 9 12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50，1 ≤ m≤ 50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