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4676: 四舍五入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四舍五入是一种常见的近似计算方法。现在，给定 n 个整数，你需要将每个整数四舍五入到最接近的整十数。例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如， 43 四舍五入后为 40 ， 58  四舍五入后为  60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n+1 行，第一行，一个整数 n ，表示接下来输入的整数个数。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 a_1，...，a_n ，表示需要四舍五入的整数。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行，每行一个整数，表示每个整数四舍五入后的结果。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100，1 ≤ a_i ≤ 10000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