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4675: 图书馆里的老鼠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GESP一级分支25年3月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2025年GESP3月认证C++一级真题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图书馆里有 n 本书，不幸的是，还混入了一只老鼠，老鼠每 x 小时能啃光一本书，假设老鼠在啃光一本书之前，不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会啃另一本。请问 y 小时后图书馆里还剩下多少本完整的书。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三行，第一行一个正整数 n，表示图书馆里书的数量；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第二行，一个正整数 x，表示老鼠啃光一本书需要的时间；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第三行，一个正整数 y ，表示经过的总时间；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输入数据保证 y 小时后至少会剩下一本完整的书。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 y 小时后图书馆里还剩下多少本完整的书。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n，x，y ≤ 1000，保证 y 小时后至少会剩下一本完整的书。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