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4661: 八进制回文平方数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蓝桥杯国赛进制转换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蓝桥杯十四届国赛C++试卷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八进制数：指逢 8 进位的一种进位计数制，以 0、1、2、3、4、5、6、7 共八个数码表示。例如：十进制数 8 等于八进制数 10，十进制数 64 等于八进制数 100，以此类推。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回文数：反向排列与原来一样的数。例如，12321 是回文数，1231 不是回文数。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平方数：可以写成某个整数的平方的数。例如，9 = 3^2，9 是一个平方数。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给定一个十进制正整数 N（1 ≤q N ≤q 10^9），请从小到大输出 1 ∼ N 之间（含 1 和 N）所有满足以下要求的数：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这个数转换为八进制后是一个回文数；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这个数是一个平方数。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例如：N=20，在 1 ∼ 20 之间满足要求的数有 1、4、9，因为有：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转换为八进制为 1，是一个回文数；且 1 = 1^2，是一个平方数；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转换为八进制为 4，是一个回文数；且 4 = 2^2，是一个平方数；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9 转换为八进制为 11，是一个回文数；且 9 = 3^2，是一个平方数。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故输出 149。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输入一个十进制正整数 N（1 ≤ N ≤ 10^9）。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输出一行，包含若干个十进制正整数，表示满足题目要求的数。结果从小到大输出，两个正整数之间用一个空格隔开。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1 4 9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