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4649: 幸运数字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如果一个正整数的二进制表示中，每个比特（0 或 1）的左边或右边都至少有一个相同的比特，Dr. X 就认为它是一个“幸运数字”。例如: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(1)_2=(1)_{10} 有落单的 1，它不是幸运数字。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(110111)_2=(55)_{10} 有落单的 0，它不是幸运数字。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(111110011)_2=(499)_{10} 是幸运数字。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(110011001100)_2=(3276)_{10} 是幸运数字。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 a 和 b，Dr. X 希望你求出 a, a + 1, a + 2, ⋯, b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输入空格分隔的整数 a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输出一行一个整数，代表 a 和 b 之间幸运数字的数量。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的数据,满足 1 ≤q a ≤q b ≤q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&gt;本题原始满分为 15pts。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