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题目 4635: 面积的最大差值</w:t>
      </w:r>
    </w:p>
    <w:p>
      <w:pPr>
        <w:pStyle w:val="Heading1"/>
      </w:pPr>
      <w:r>
        <w:t>基本信息</w:t>
      </w:r>
    </w:p>
    <w:tbl>
      <w:tblPr>
        <w:tblW w:type="auto" w:w="0"/>
        <w:tblLook w:firstColumn="1" w:firstRow="1" w:lastColumn="0" w:lastRow="0" w:noHBand="0" w:noVBand="1" w:val="04A0"/>
      </w:tblPr>
      <w:tblGrid>
        <w:gridCol w:w="4320"/>
        <w:gridCol w:w="4320"/>
      </w:tblGrid>
      <w:tr>
        <w:tc>
          <w:tcPr>
            <w:tcW w:type="dxa" w:w="4320"/>
          </w:tcPr>
          <w:p>
            <w:r>
              <w:t>题号</w:t>
            </w:r>
          </w:p>
        </w:tc>
        <w:tc>
          <w:tcPr>
            <w:tcW w:type="dxa" w:w="4320"/>
          </w:tcPr>
          <w:p>
            <w:r>
              <w:t>4635</w:t>
            </w:r>
          </w:p>
        </w:tc>
      </w:tr>
      <w:tr>
        <w:tc>
          <w:tcPr>
            <w:tcW w:type="dxa" w:w="4320"/>
          </w:tcPr>
          <w:p>
            <w:r>
              <w:t>标签</w:t>
            </w:r>
          </w:p>
        </w:tc>
        <w:tc>
          <w:tcPr>
            <w:tcW w:type="dxa" w:w="4320"/>
          </w:tcPr>
          <w:p>
            <w:r>
              <w:t>蓝桥杯STEMA深搜</w:t>
            </w:r>
          </w:p>
        </w:tc>
      </w:tr>
      <w:tr>
        <w:tc>
          <w:tcPr>
            <w:tcW w:type="dxa" w:w="4320"/>
          </w:tcPr>
          <w:p>
            <w:r>
              <w:t>难度</w:t>
            </w:r>
          </w:p>
        </w:tc>
        <w:tc>
          <w:tcPr>
            <w:tcW w:type="dxa" w:w="4320"/>
          </w:tcPr>
          <w:p>
            <w:r>
              <w:t>入门</w:t>
            </w:r>
          </w:p>
        </w:tc>
      </w:tr>
      <w:tr>
        <w:tc>
          <w:tcPr>
            <w:tcW w:type="dxa" w:w="4320"/>
          </w:tcPr>
          <w:p>
            <w:r>
              <w:t>正确</w:t>
            </w:r>
          </w:p>
        </w:tc>
        <w:tc>
          <w:tcPr>
            <w:tcW w:type="dxa" w:w="4320"/>
          </w:tcPr>
          <w:p>
            <w:r>
              <w:t>91</w:t>
            </w:r>
          </w:p>
        </w:tc>
      </w:tr>
      <w:tr>
        <w:tc>
          <w:tcPr>
            <w:tcW w:type="dxa" w:w="4320"/>
          </w:tcPr>
          <w:p>
            <w:r>
              <w:t>来源</w:t>
            </w:r>
          </w:p>
        </w:tc>
        <w:tc>
          <w:tcPr>
            <w:tcW w:type="dxa" w:w="4320"/>
          </w:tcPr>
          <w:p>
            <w:r>
              <w:t>蓝桥杯十五届STEMA考试 C++试卷（23年8月）</w:t>
            </w:r>
          </w:p>
        </w:tc>
      </w:tr>
    </w:tbl>
    <w:p>
      <w:pPr>
        <w:pStyle w:val="Heading1"/>
      </w:pPr>
      <w:r>
        <w:t>题目描述</w:t>
      </w:r>
    </w:p>
    <w:p>
      <w:pPr>
        <w:spacing w:before="40" w:after="40"/>
        <w:ind w:left="720"/>
      </w:pPr>
      <w:r>
        <w:rPr>
          <w:rFonts w:ascii="Consolas" w:hAnsi="Consolas"/>
          <w:sz w:val="18"/>
        </w:rPr>
      </w:r>
    </w:p>
    <w:p>
      <w:pPr>
        <w:spacing w:before="40" w:after="40"/>
        <w:ind w:left="720"/>
      </w:pPr>
      <w:r>
        <w:rPr>
          <w:rFonts w:ascii="Consolas" w:hAnsi="Consolas"/>
          <w:sz w:val="18"/>
        </w:rPr>
        <w:t>用一个 M 行 N 列的矩形网格表示某群岛疆域的地形图，每个小格子里都有一个数字 1 或者 0，其中，0 表示海水（蓝色），1 表示陆地（绿色），并且矩形网格之外的部分都为海水。每个小格子面积为 1，已知每个岛屿都是由 1 个或多个竖直或水平相邻的陆地小格子组成（斜向不算相邻），且周围都是海水。那么请你计算图中面积最大的岛屿与面积最小的岛屿之间的面积差值。</w:t>
      </w:r>
    </w:p>
    <w:p>
      <w:pPr>
        <w:spacing w:before="40" w:after="40"/>
        <w:ind w:left="720"/>
      </w:pPr>
      <w:r>
        <w:rPr>
          <w:rFonts w:ascii="Consolas" w:hAnsi="Consolas"/>
          <w:sz w:val="18"/>
        </w:rPr>
        <w:t>例如：M=6，N=8 时，群岛疆域示意图如下：</w:t>
      </w:r>
    </w:p>
    <w:p>
      <w:pPr>
        <w:spacing w:before="40" w:after="40"/>
        <w:ind w:left="720"/>
      </w:pPr>
      <w:r>
        <w:rPr>
          <w:rFonts w:ascii="Consolas" w:hAnsi="Consolas"/>
          <w:sz w:val="18"/>
        </w:rPr>
      </w:r>
    </w:p>
    <w:p>
      <w:pPr>
        <w:spacing w:before="40" w:after="40"/>
        <w:ind w:left="720"/>
      </w:pPr>
      <w:r>
        <w:rPr>
          <w:rFonts w:ascii="Consolas" w:hAnsi="Consolas"/>
          <w:sz w:val="18"/>
        </w:rPr>
        <w:t>其中，有 5 个岛屿，面积分别是 1，3，4，7，4，最大的岛屿面积是 7 ，最小的岛屿面积是 1 ，面积差是 7-1=6。</w:t>
      </w:r>
    </w:p>
    <w:p>
      <w:pPr>
        <w:spacing w:before="40" w:after="40"/>
        <w:ind w:left="864"/>
      </w:pPr>
      <w:r>
        <w:rPr>
          <w:rFonts w:ascii="Consolas" w:hAnsi="Consolas"/>
          <w:sz w:val="18"/>
        </w:rPr>
        <w:t xml:space="preserve"> </w:t>
      </w:r>
    </w:p>
    <w:p>
      <w:r>
        <w:t>图片 1:</w:t>
      </w:r>
    </w:p>
    <w:p>
      <w:r>
        <w:drawing>
          <wp:inline xmlns:a="http://schemas.openxmlformats.org/drawingml/2006/main" xmlns:pic="http://schemas.openxmlformats.org/drawingml/2006/picture">
            <wp:extent cx="4572000" cy="3694670"/>
            <wp:docPr id="1" name="Picture 1"/>
            <wp:cNvGraphicFramePr>
              <a:graphicFrameLocks noChangeAspect="1"/>
            </wp:cNvGraphicFramePr>
            <a:graphic>
              <a:graphicData uri="http://schemas.openxmlformats.org/drawingml/2006/picture">
                <pic:pic>
                  <pic:nvPicPr>
                    <pic:cNvPr id="0" name="tmp9hdelfby.jpg"/>
                    <pic:cNvPicPr/>
                  </pic:nvPicPr>
                  <pic:blipFill>
                    <a:blip r:embed="rId9"/>
                    <a:stretch>
                      <a:fillRect/>
                    </a:stretch>
                  </pic:blipFill>
                  <pic:spPr>
                    <a:xfrm>
                      <a:off x="0" y="0"/>
                      <a:ext cx="4572000" cy="3694670"/>
                    </a:xfrm>
                    <a:prstGeom prst="rect"/>
                  </pic:spPr>
                </pic:pic>
              </a:graphicData>
            </a:graphic>
          </wp:inline>
        </w:drawing>
      </w:r>
    </w:p>
    <w:p>
      <w:pPr>
        <w:pStyle w:val="Heading1"/>
      </w:pPr>
      <w:r>
        <w:t>输入</w:t>
      </w:r>
    </w:p>
    <w:p>
      <w:pPr>
        <w:spacing w:before="40" w:after="40"/>
        <w:ind w:left="720"/>
      </w:pPr>
      <w:r>
        <w:rPr>
          <w:rFonts w:ascii="Consolas" w:hAnsi="Consolas"/>
          <w:sz w:val="18"/>
        </w:rPr>
      </w:r>
    </w:p>
    <w:p>
      <w:pPr>
        <w:spacing w:before="40" w:after="40"/>
        <w:ind w:left="720"/>
      </w:pPr>
      <w:r>
        <w:rPr>
          <w:rFonts w:ascii="Consolas" w:hAnsi="Consolas"/>
          <w:sz w:val="18"/>
        </w:rPr>
        <w:t>第一行输入两个正整数 M 和 N（3 ≤ M ≤ 1000，3 ≤ N ≤ 1000），表示网格行数与列数，两数之间用一个空格隔开。</w:t>
      </w:r>
    </w:p>
    <w:p>
      <w:pPr>
        <w:spacing w:before="40" w:after="40"/>
        <w:ind w:left="720"/>
      </w:pPr>
      <w:r>
        <w:rPr>
          <w:rFonts w:ascii="Consolas" w:hAnsi="Consolas"/>
          <w:sz w:val="18"/>
        </w:rPr>
        <w:t>接下来输入 M 行，每行 N 个整数，表示地形图（1 表示陆地，0 表示海水），两个整数之间用一个空格隔开。</w:t>
      </w:r>
    </w:p>
    <w:p>
      <w:pPr>
        <w:spacing w:before="40" w:after="40"/>
        <w:ind w:left="864"/>
      </w:pPr>
      <w:r>
        <w:rPr>
          <w:rFonts w:ascii="Consolas" w:hAnsi="Consolas"/>
          <w:sz w:val="18"/>
        </w:rPr>
        <w:t xml:space="preserve"> </w:t>
      </w:r>
    </w:p>
    <w:p>
      <w:pPr>
        <w:pStyle w:val="Heading1"/>
      </w:pPr>
      <w:r>
        <w:t>输出</w:t>
      </w:r>
    </w:p>
    <w:p>
      <w:pPr>
        <w:spacing w:before="40" w:after="40"/>
        <w:ind w:left="720"/>
      </w:pPr>
      <w:r>
        <w:rPr>
          <w:rFonts w:ascii="Consolas" w:hAnsi="Consolas"/>
          <w:sz w:val="18"/>
        </w:rPr>
      </w:r>
    </w:p>
    <w:p>
      <w:pPr>
        <w:spacing w:before="40" w:after="40"/>
        <w:ind w:left="720"/>
      </w:pPr>
      <w:r>
        <w:rPr>
          <w:rFonts w:ascii="Consolas" w:hAnsi="Consolas"/>
          <w:sz w:val="18"/>
        </w:rPr>
        <w:t>输出一个整数，表示面积最大的岛屿与面积最小的岛屿之间的面积差。</w:t>
      </w:r>
    </w:p>
    <w:p>
      <w:pPr>
        <w:spacing w:before="40" w:after="40"/>
        <w:ind w:left="864"/>
      </w:pPr>
      <w:r>
        <w:rPr>
          <w:rFonts w:ascii="Consolas" w:hAnsi="Consolas"/>
          <w:sz w:val="18"/>
        </w:rPr>
        <w:t xml:space="preserve"> </w:t>
      </w:r>
    </w:p>
    <w:p>
      <w:pPr>
        <w:pStyle w:val="Heading1"/>
      </w:pPr>
      <w:r>
        <w:t>样例输入</w:t>
      </w:r>
    </w:p>
    <w:p>
      <w:pPr>
        <w:spacing w:before="40" w:after="40"/>
        <w:ind w:left="720"/>
      </w:pPr>
      <w:r>
        <w:rPr>
          <w:rFonts w:ascii="Consolas" w:hAnsi="Consolas"/>
          <w:sz w:val="18"/>
        </w:rPr>
        <w:t>6 8</w:t>
      </w:r>
    </w:p>
    <w:p>
      <w:pPr>
        <w:spacing w:before="40" w:after="40"/>
        <w:ind w:left="720"/>
      </w:pPr>
      <w:r>
        <w:rPr>
          <w:rFonts w:ascii="Consolas" w:hAnsi="Consolas"/>
          <w:sz w:val="18"/>
        </w:rPr>
        <w:t>0 0 0 0 1 0 1 1</w:t>
      </w:r>
    </w:p>
    <w:p>
      <w:pPr>
        <w:spacing w:before="40" w:after="40"/>
        <w:ind w:left="720"/>
      </w:pPr>
      <w:r>
        <w:rPr>
          <w:rFonts w:ascii="Consolas" w:hAnsi="Consolas"/>
          <w:sz w:val="18"/>
        </w:rPr>
        <w:t>1 1 1 0 0 0 0 1</w:t>
      </w:r>
    </w:p>
    <w:p>
      <w:pPr>
        <w:spacing w:before="40" w:after="40"/>
        <w:ind w:left="720"/>
      </w:pPr>
      <w:r>
        <w:rPr>
          <w:rFonts w:ascii="Consolas" w:hAnsi="Consolas"/>
          <w:sz w:val="18"/>
        </w:rPr>
        <w:t>0 1 0 0 1 0 0 0</w:t>
      </w:r>
    </w:p>
    <w:p>
      <w:pPr>
        <w:spacing w:before="40" w:after="40"/>
        <w:ind w:left="720"/>
      </w:pPr>
      <w:r>
        <w:rPr>
          <w:rFonts w:ascii="Consolas" w:hAnsi="Consolas"/>
          <w:sz w:val="18"/>
        </w:rPr>
        <w:t>0 0 1 1 1 0 1 1</w:t>
      </w:r>
    </w:p>
    <w:p>
      <w:pPr>
        <w:spacing w:before="40" w:after="40"/>
        <w:ind w:left="720"/>
      </w:pPr>
      <w:r>
        <w:rPr>
          <w:rFonts w:ascii="Consolas" w:hAnsi="Consolas"/>
          <w:sz w:val="18"/>
        </w:rPr>
        <w:t>0 0 0 1 1 0 1 0</w:t>
      </w:r>
    </w:p>
    <w:p>
      <w:pPr>
        <w:spacing w:before="40" w:after="40"/>
        <w:ind w:left="720"/>
      </w:pPr>
      <w:r>
        <w:rPr>
          <w:rFonts w:ascii="Consolas" w:hAnsi="Consolas"/>
          <w:sz w:val="18"/>
        </w:rPr>
        <w:t>0 0 0 1 0 0 1 0</w:t>
      </w:r>
    </w:p>
    <w:p>
      <w:pPr>
        <w:pStyle w:val="Heading1"/>
      </w:pPr>
      <w:r>
        <w:t>样例输出</w:t>
      </w:r>
    </w:p>
    <w:p>
      <w:pPr>
        <w:spacing w:before="120" w:after="120"/>
      </w:pPr>
      <w:r>
        <w:t>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