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4634: 太阳黑子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C++试卷（23年8月） 太阳黑子最大数量一直增加的最长连续年数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太阳黑子是太阳表面因温度相对较低而显得“黑”的局部区域，一般成群出现在太阳表面，并且对地球造成很明显的影响。为此，人类根据多项科学研究追溯到几十万年前的黑子活动，并重建了数据记录。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小蓝拿到了一组数据，有 N 个整数，表示连续 N 年里每一年的太阳黑子最大数量，他希望找出所有数量连续增加的记录，并计算出连续增加记录中的最长连续年数。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例如：N = 8，连续 8 年里太阳黑子最大数量依次是 2、3、1、2、4、8、4、9，数量连续增加的记录有（2、3）、（1、2）、（1、2、4）、（1、2、4、8）、（2、4）、（2、4、8）、（4、8） 和（4、9），连续增加的年数分别是 2、2、3、4、2、3、2、2 ，其中最长连续年数为 4 ，故最后输出 4。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第一行输入一个正整数 N（0 &lt; N ≤ 1000000），表示数据记录的年数。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个用空格隔开的正整数（0&lt; 正整数  ≤ 1e9），表示连续N 年的太阳黑子最大数量。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输出一个非负整数，表示太阳黑子最大数量连续增加记录中的最长连续年数。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2 3 1 2 4 8 4 9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