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4633: 金币数量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蓝桥杯STEMA高精度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C++试卷（23年8月）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聪聪设计了一款闯关小游戏。玩家每通过一关，可以获得若干金币。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通过第一关可获得 1 枚金币，通过第二关可获得 3 枚金币，通过第三关可获得 6 枚金币，通过第四关可获得 10 枚金币，通过第五关可获得 15 枚金币......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假定玩家总共通过了 N 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请总结玩家每一关获得金币的规律，并根据规律计算出他一共可获得多少枚金币。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N（1 ≤ N ≤ 5 × 10^6），表示通过的关数。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输出一个整数，表示通过 N 关之后总共可获得的金币数量。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