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4631: 考拉兹猜想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C++试卷（23年8月）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考拉兹猜想，也称为 3n+1 猜想或冰雹猜想。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是指对于任意正整数 N，若 N 为偶数，则将 N 除以 2；若 N为奇数，则将 N 乘以 3 再加 1。如此循环，最终都能够得到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例如：N=5， 变成 1 的步骤如下：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5 × 3 + 1 =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16 ÷ 2 =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8 ÷ 2 =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4. 4 ÷ 2 =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5. 2 ÷ 2 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共经过 5 步就得到 1 ，故输出 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N（0 &lt; N &lt; 1000000）。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 N 要经过多少步才能变成1。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