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4629: 分发糖果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C++试卷（23年10月）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个学生站成一排，已知每名学生的考试成绩，老师要根据成绩按以下规则分发糖果：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1、每个学生至少得到一个糖果；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2、相邻两个学生中成绩高的会获得更多的糖果；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3、相邻两个学生成绩即使相同，获得的糖果数量也可以不同。请计算出老师最少需要准备多少颗糖果？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例如：有 3 个学生，他们的考试成绩分别是 70，50，80，可以给第一个学生 2 颗糖果，给第二个学生 1颗糖果，给第三个学生 2 颗糖果，所以最少需要准备 5 颗糖果。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共两行第一行输入一个正整数 n（1 ≤ n ≤ 20000），表示学生人数;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第二行输入 n 个整数（ 0 ≤  整数 ≤ 100），表示每个学生的考试成绩，整数之间以一个空格隔开。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输出一个整数，表示最少需要准备的糖果数量。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70 50 80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