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4628: 翻转游戏币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C++试卷（23年10月）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桌面上有 n 枚游戏币，均为反面朝上，编号依次为 1 到 n。有 n 个人（游戏币的数量与人的数量相等），首先第 1 个人将所有游戏币翻转，然后第 2 个人将所有编号是 2 的倍数的游戏币翻转，接下来第 3 个人将所有编号是 3 的倍数的游戏币翻转......以此类推，当最后一个人完成操作后，还有多少枚游戏币正面朝上？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4;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最初 4 枚游戏币的状态为：反反反反；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经过第 1 个人翻转后，游戏币的状态为：正正正正；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经过第 2个人翻转后，游戏币的状态为：正反正反；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经过第 3 个人翻转后，游戏币的状态为：正反反反；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经过第 4 个人翻转后，游戏币的状态为：正反反正；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最后，还有两枚游戏币正面朝上，故答案为 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n（3 ≤ n ≤ 10^9），表示游戏币数量及人的数量。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输出一个整数，表示最终游戏币正面朝上的数量。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