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4622: 外观数列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C++试卷（23年12月）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外观数列是一个整数序列，给定该数列的第一项数据之后，从第二项开始，每一项都是对前一项数据的描述。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给定外观数列的第一项为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接下来第二项是对第一项数据的描述，即“一个 1”，记作 11；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第三项是对第二项数据的描述，即“两个 1”，记作 21；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第四项是对第三项数据的描述，即“一个 2，一个 1”，记作 1211；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第五项是对第四项数据的描述，即“一个 1，一个 2，两个 1”，记作 111221；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以此类推......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给定外观数列的第一项 x 以及一个整数 n，请计算出该外观数列第 n 项的值。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例如：x = 2，n = 3，外观数列为：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3112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132112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......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外观数列第 3 项为 1112。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x（1 ≤ x ≤ 100）和 n（1 ≤ n ≤ 30)。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输出一个整数，表示外观数列第 n 项的值。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