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4616: 走楼梯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蓝桥杯STEMA高精度动态规划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C++试卷（24年1月）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一段楼梯共有 n 阶，小明每次最少走 1 阶，最多走 k 阶，请问小明共有多少种不同的走法可以走完这 n 阶楼梯。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 = 4，k = 2；楼梯共有 4  阶，小明每次最多走 2 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有如下走法：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第一种：第一次走 1 阶，第二次走 1  阶，第三次走 1 阶，第四次走 1 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第二种：第一次走 1 阶，第二次走 1 阶，第三次走 2 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第三种：第一次走 1 阶，第二次走 2  阶，第三次走 1 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第四种：第一次走 2 阶，第二次走 1  阶，第三次走 1 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第五种：第一次走 2 阶，第二次走 2 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所以小明共有 5 种不同的走法可以走完 4 阶楼梯。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一行输入两个整数 n（1 ≤ n ≤ 5000） 和  k（1 ≤ k ≤ 10），分别表示这段楼梯的阶数及每次最多可以走的楼梯阶数，整数之间以一个空格隔开。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输出一个整数，表示小明走完 n 阶楼梯共有多少种不同的走法。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