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4615: 字符矩阵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蓝桥杯STEMA字符串二维数组模拟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C++试卷（24年1月）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给定一个仅包含小写字母的字符串 S，用这些字符恰好排成一个 n 行 m 列的矩阵（m ≤ n），请找出所有符合要求的矩阵中最接近于正方形的那个矩阵。然后从第一列开始，逐列按照从上到下的顺序输出矩阵中的字符。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例如：S = "abcdefgh"。按要求 m ≤ n 有如下两种矩阵：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最接近正方形的矩阵是第一种。从第一列开始，逐列按照从上到下的顺序输出矩阵中的字符，结果为：aebfcgdh。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066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yflbzi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输入一个字符串，仅包含小写字母且长度不超过 200。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请找出符合题目要求的最接近正方形的字符矩阵，从第一列开始，逐列按照从上到下的顺序输出矩阵中的字符。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abcdefgh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aebfcgdh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