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4614: 奇妙数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4614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蓝桥杯STEMA循环短除法函数问题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143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蓝桥杯十五届STEMA考试 C++试卷（24年1月）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如果一个整数能够被它的各位上的非零数字整除，则称该数为奇妙数。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例如：整数 102，它的各位上的非零数字为 1 和 2，102 既能被 1 整除，也能被 2 整除，所以 102是奇妙数;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整数 456，它的各位上的非零数字为 4、5 和 6，456 能被 4 和 6 整除，但不能被 5 整除，所以 456不是奇妙数。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给定两个整数 n 和 m，请输出 n 到 m 之间（包含 n 和 m）所有的奇妙数；若不存在奇妙数，则输出 -1。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一行输入两个整数 n 和 m（1 ≤ n ≤ m ≤ 100000），整数之间以一个空格隔开。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按照从小到大的顺序输出 n 到 m 之间（包含 n 和 m）所有的奇妙数，整数之间以一个空格隔开；若不存在奇妙数，则输出 -1。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10 20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10 11 12 15 20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