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4613: 第二大的数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C++试卷（24年1月）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给定三个不同的整数，请找出其中第二大的数。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例如：三个整数分别为 30、20、25，其中第二大的数是 25。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一行输入三个不同的整数 a，b，c（1 ≤ a，b，c ≤ 1000），整数之间以一个空格隔开。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输出一个整数，表示三个整数中第二大的数。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30 20 25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