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4612: 打靶的最高得分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蓝桥杯STEMA区间DP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C++试卷（24年3月）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靶场上有 n 块靶排成一排，从左到右依次编号为 1、2、3、...、n，且每块靶上都标有一个整数。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当某块靶被击中后，击中者会得到 x * y * z 的积分。（y 表示被击中的靶上的数，x 表示其左侧最近且未被击中的靶上的数，z 表示其右侧最近且未被击中的靶上的数。如果其左侧不存在未被击中的靶，则 x 为 1；如果其右侧不存在未被击中的靶，则 z 为 1。）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计算完积分后，这块靶就会退出靶场（不在这排靶中）。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请计算击中所有靶后能得到的最高积分是多少？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4，表示有 4 块靶，这 4 块靶上的数从左到右分别是 3、2、4、6；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按照下列顺序打靶，可以得到最高积分：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 2 号靶，得到的积分是 24（3 * 2 * 4）；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 3 号靶，得到的积分是 72（3 * 4 * 6）；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 1 号靶，得到的积分是 18（1 * 3 * 6）；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 4 号靶，得到的积分是 6（1 * 6 * 1）；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最终获得的积分是 120（24 + 72 + 18 + 6)。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n（1 ≤ n ≤ 300），表示靶场上靶的数量。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个整数（1 ≤  整数 ≤ 100），分别表示从左到右每个靶上的数，整数之间以一个空格隔开。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输出一个整数，表示击中所有靶后能得到的最高积分。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