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4611: 比 n 小的最大数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4611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蓝桥杯STEMA贪心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蓝桥杯十五届STEMA考试 C++试卷（24年3月）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给定一个正整数 n，请将 n 中的每位数字重新排列并组成一个新数，要求新数的值要小于 n，请找出所有符合要求的新数中最大的那个正整数，如果不存在这样的正整数，则输出 -1。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 1：n = 312，312 中每位上的数字依次是 3、1、2，重新排列组成的新数有 321、231、213、132、123，新数中小于 312 的有 231、213、132、123，其中符合要求的最大正整数是 231；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 2：n = 123，123 中每位上的数字依次是 1、2、3，重新排列组成的新数有 312、321、231、213、132，新数中不存在小于 123 的正整数，故输出 -1。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输入一个正整数 n（1 ≤ n &lt; 2^{63}）。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输出一个正整数，表示符合要求的最大正整数。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312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231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