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4610: 分割数列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4610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蓝桥杯STEMA数组问题前缀和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330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蓝桥杯十五届STEMA考试 C++试卷（24年3月）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给定一个由 n 个整数组成的数列，请将其分割成左右两部分，要求左半部分子数列的和与右半部分子数列的和最接近，请输出这两部分子数列和的差值（取非负值）。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例如：n = 5，数列中的 5 个整数分别是 2、1、3、4、3，将其分割成左右两部分，左半部分是 2、1、3，右半部分是 4、3；此时两部分子数列的和最接近，差值为 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第一行输入一个整数 n（2 ≤ n ≤ 100000）。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第二行输入 n 个整数（1 ≤ 整数  ≤ 1000），整数之间以一个空格隔开。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输出一个整数，表示这两部分子数列和的差值（取非负值）。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2 1 3 4 3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