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4584: 乐乐玩木棒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4584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市赛南京2024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乐乐有一些小木棒 ，经过多天的摸索 ，他已经知道拼出 0,1,2,…9 这 10 个数字需要的小木棒数量。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乐乐有 n 根小木棒 ，他要拼出⼀个不含前导 0 的整数 。乐乐希望拼出⼀个最大的数，请你帮他编程计算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木棒不需要全部用完。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 10 个整数 ，分别表示 0,1,2,…,9 这些数字需要的小木棒数量。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输入第二行一个整数 n ，表示乐乐拥有的小木棒总数 。输入数据满足至少能拼出⼀个非 0 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 ，为 n 个小木棒能拼出的最大数字。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数据规模与提示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 ，满足最终答案不超过 1,000,000。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 ，满足 1 ≤ n,a_i ≤ 10,000。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