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4580: 比较数字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2 个长度不超过 100 的整数，保证读入的两个整数不会以数字 0 开头。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请输出两个整数中，较大的整数。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 2 行，每行是一个长度不超过 100 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输出两个整数中较大的整数。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