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4251: 魔幻地图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4251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老师在求学期间，除了修炼魔法课，还开发了一种能创造虚拟的魔幻地图的技能。在不同的地图中，大家可以进行不同的闯关游戏，深受大家的喜爱。这天，经历了一整天疲惫的学习之后，魔幻之旅又开始了。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首先，老师将将游玩者移送至图中的出发点。地图可以看成是一个 N × N 的网格。从上到下，从左到右，编号都为1...N。其中：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位于最左上角的网格 (1,1)，就是游玩者的出发点。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位于最右下角的网格 (N,N)，就是游玩者的结束点。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在魔幻地图中，游玩者会被赋予魔法能力，但是使用魔法需要消耗元气值。初始时，游玩者的元气值为 0。游玩者的目标是尽早地到达结束点。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游玩者在位置 (i,j) 时，每一秒，他都有三种选择：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停留在原地，则恢复元气值a_{i,j};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使用魔法，消耗b_{i,j} 元气值，则可以移动到(i,j+1);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使用魔法，消耗 c_{i,j} 元气值，则可以移动到(i+1,j);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老师还规定，任何时刻，在魔幻地图内游玩者的元气值不能低于 0。老师需要大家来帮忙计算出从出发点到结束点所需的最少时间，第一个计算出的同学可以优先进入魔幻地图体验。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 N 列的数组，其中 a_{i,j} 表示在地图的 (i,j) 处每秒钟能恢复的元气值：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a_{1,1}, a_{1,2}...a_{1,N}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a_{2,1}, a_{2,2}...a_{2,N}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a_{N,1}, a_{N,2}...a_{N,N}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 N-1 列的数组，其中 b_{i,j} 表示从 (i,j) 移动到 (i,j+1) 需要消耗的元气值：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b_{1,1}, b_{1,2}...b_{1,N-1}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b_{2,1}, b_{2,2}...b_{2,N-1}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b_{N,1}, b_{N,2}...b_{N,N-1}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 N 列的数组，其中 c_{i,j} 表示从 (i,j) 移动到 (i+1,j) 需要消耗的元气值：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c_{1,1}, c_{1,2}...c_{1,N}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c_{2,1}, c_{2,2}...c_{2,N}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c_{N-1,1}, c_{N-1,2}...c_{N-1,N}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计算游玩者到达结束点所需的最少时间。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停留在(1,1)处1秒，当前元气值为1;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消耗1点元气值，移至(2,1), 当前总用时2秒，当前剩余元气值为0;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停留在(2,1)处3秒，当前总用时5秒，当前元气值为9;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消耗4点元气值，移至(2,2), 当前总用时6秒，当前剩余元气值为5;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消耗3点元气值，移至(3,2), 当前总用时7秒，当前剩余元气值为2;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消耗2点元气值，移至(3,3), 当前总用时8秒，当前剩余元气值为0;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可能存在其他的移动方案，但是可以证明用时 8 秒是最少需要的时间。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的数据，数组 a，数组 b，数组 c 的数值均相等。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的数据，数组 a，数组 b，数组 c 的数值范围为：[1,10^9 ]。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的数据，2≤N≤80。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