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4250: 交换游戏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4250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婺城区第二届青少年信息素养大赛初中组试题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了新班级的凝聚力，让每个同学尽快熟悉彼此。班主任老师决定组织 N 个同学在操场上进行游戏活动。老师要求这 N 个同学站成一排，编号为 1..N。然后给每个同学发了一张白纸，纸上每个同学自己都写下了一个小写英文字母（可能会有同学的字母重复）。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但是同学们开始排队的时候，都喜欢跟自己熟悉的同学排在一起。老师觉得这样不利于大家熟悉彼此。所以他决定，选出一对同学，让他们俩交换位置。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老师想知道，交换后，从 1 到 N 个人手上的字母序列排成的字符串有多少种。聪明的你来帮助老师完成这个任务！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一行，一个字符串 S，表示初始 1 到 N 个同学手上的字母的序列。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从最初的 N 个人序列，交换两个人后会有多少种不同的字符串。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交换 (1,2) 构成 bac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交换 (1,3) 构成 cba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交换 (2,3) 构成 acb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所以，答案是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交换任意的两个人得到的字符串都是一样的，因此只有以一种答案。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10% 的数据，所有字母都相同。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的数据，( 2 ≤q n ≤q 1000 )。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的数据，( 2 ≤q n ≤q 1000000)。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