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4248: 学生分组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4248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婺城区第二届青少年信息素养大赛初中组试题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学校里有 n 个学生，其中 n一定是偶数。每个学生有一定的编程能力，第 i 个学生的能力是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学校里的老师希望把学生组成 n/2 个队伍，每个队伍里面有 2 个学生，每个学生只能属于一个队伍。两个学生可以组队，当且仅当他们的能力是相同的，否则他们就不能理解对方。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由于开始的时候，学生的能力参差不齐，可能无法顺利组队。但是学生可以通过做题来提高自己的能力，每做一题，能力就可以提高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学校的老师希望计算出这些学生最少需要做多少题，才能顺利的组队。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输入的第一行是一个正整数 n，表示学生的数量，保证 n 一定是偶数。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接下来一行有 n 个正整数，第 i 个整数 a_i 表示第 i 个学生当前的编程能力。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输出只有一行一个整数，表示所有学生最少需要做的总题数，才能使得顺利组队。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在第一个样例中，第 3 个人和第 4 个人组队，第 1 个人和第 6 个人组队，第 2 个人和第 5 个人组队，然后第 3 个人做 1 题，第 2 个人做 4 题，总共做 5 题，他们就能顺利组队了。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在第二个样例中，由于只有 2 个人，所以组队方案只有 1 种，第 1 个人需要做 99 题才能组队。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的数据，( 1 ≤q n ≤q 1000 )，所有学生的能力最多只有2种不同的取值。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的数据，( 1 ≤q n ≤q 100000 )，( 1 ≤q a_i ≤q 100 )。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