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4165: 树上移动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4165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GESP八级树24年12月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 2024年12月认证 C++ 8级真题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小杨有一棵包含 n 个节点的树，其中节点的编号从 1 到 n，每个节点的颜色要么是白色要么是黑色。小杨可以任意选择节点 s 和节点 t 并从节点 s 出发移动到节点 t，移动过程中小杨不能够经过重复节点。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小杨希望自己在至多经过 k 个黑色节点的前提下，经过的总节点数尽可能多，请你帮小杨选择经过最多的节点数是多少。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第一行包含两个正整数 n,k，代表节点数量和至多经过的黑色节点数。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第二行包含 n 个正整数 a_1,a_2, ⋯ , a_n，代表节点颜色，如果 a_i=0，代表节点颜色为白色，如果 a_i=1，代表节点颜色为黑色。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之后 n-1 行，每行包含两个正整数 u_i,v_i，代表存在一条连接节点 u_i 和 v_i 的边。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输出一个正整数，代表最多经过的节点数。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0 0 1 1 1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子任务编号数据点占比nk特殊性质120%≤q 100≤q 100树的形态为一条链220%≤q 10000360%≤q 1000≤q 1000对于全部数据，保证有 1≤q n≤q 1000，0≤q k≤q 1000，0≤q a_i≤q 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