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4161: 武器购买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GESP七级动态规划背包DP24年12月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2024年12月认证 C++ 7级真题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商店里有 n 个武器，第 i 个武器的强度为 p_i ，花费为 c_i。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小杨想要购买一些武器，满足这些武器的总强度不小于 P，总花费不超过 Q，小杨想知道是否存在满足条件的购买方案，如果有，最少花费又是多少。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对于每组测试数据，第一行包含三个正整数 n,P,Q 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行，每行包含两个正整数 p_i,c_i，代表武器的强度和花费。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对于每组测试数据，如果存在满足条件的购买方案，输出最少花费，否则输出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3 1000 1000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子任务编号数据点占比np_ic_iPQ120 % ≤ 10 1 1 ≤ 10 ≤ 10220 % ≤ 100 ≤ 5 × 10^41 ≤ 5 × 10^42360 % ≤ 100 ≤ 5 × 10^4 ≤ 5 × 10^4 ≤ 5 × 10^4 ≤ 5 × 10^4对于全部数据，保证有 1 ≤ t ≤ 10, 1 ≤ n ≤ 100, 1 ≤ p_i,c_i,P,Q, ≤ 5 ×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