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4156: 奇妙数字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4156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GESP五级唯一分解定理约数定理24年12月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24年12月认证 C++ 五级真题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小杨认为一个数字 x 是奇妙数字当且仅当 x=p^a，其中 p 为任意质数且 a 为正整数。例如，8=2^3，所以 8 是奇妙数字，而 6 不是。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对于一个正整数 n，小杨想要构建一个包含 m 个奇妙数字的集合{x_1,x_2, ⋯ x_m} ，使其满足以下条件：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集合中不包含相同的数字。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x_1 * x_2 * ⋯ x_m是 n 的因子（即 x_1,x_2 ,⋯ ,x_m  这 m 个数字的乘积是 n 的因子）。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小杨希望集合包含的奇妙数字尽可能多，请你帮他计算出满足条件的集合最多包含多少个奇妙数字。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n，含义如题面所示。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输出一个正整数，代表满足条件的集合最多包含的奇妙数字个数。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【样例1解释】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关于本样例，符合题意的一个包含 3 个奇妙数字的集合是 2,4,8。⾸先，因为2=2^1 ，4=2^2，8=2^3，所以 2,4,8,  均为奇妙数字。同时， 2 * 4 *8 =64是 128 的因子。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由于无法找到符合题意且同时包含 4 个奇妙数字的集合，因此本样例的答案为 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子任务编号数据点占比n120 %≤ 10220 %≤ 1000360 %≤ 10^{12}数据范围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2 ≤ n ≤ 10^{12}。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