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4151: 字符排序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4151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GESP四级字符串贪心24年12月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24年12月认证 C++ 四级真题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 n 个仅包含小写字母的字符串 s_1,s_2,⋯,s_n，小杨想将这些字符串按一定顺序排列后拼接到一起构成字符串 t。小杨希望最后构成的字符串 t 满足：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 t_i 为字符串 t 的第 i 个字符，对于所有的 j &lt; i 均有 t_j ≤ t_i。两个字符的大小关系与其在字母表中的顺序一致，例如 e &lt; g &lt; p &lt; 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小杨想知道是否存在满足条件的字符串排列顺序。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T，代表测试数据组数。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对于每组测试数据，第一行包含一个正整数 n，含义如题面所示。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行，每行包含一个字符串 s_i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对于每组测试数据，如果存在满足条件的排列顺序，输出 1，否则输出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gesp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对于第一组测试数据，一种可行的排列顺序为 aa + ac + de，构成的字符串 t 为 aaacde，满足条件。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t,n ≤ 100，每个字符串的长度不超过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