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4147: Recamán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GESP四级数组24年12月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小杨最近发现了有趣的 Recamán 数列，这个数列是这样生成的：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数列的第一项  a_1 是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a_{k-1}-k 是正整数并且没有在数列中出现过，那么数列的第 k 项 a_k 为  a_{k-1}-k，否则为  a_{k-1}+k。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 Recamán 数列的前 n 项从小到大排序后的结果。手动计算非常困难，小杨希望你能帮他解决这个问题。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 n 个空格分隔的整数，表示 Recamán 数列的前 n 项从小到大排序后的结果。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1，n=5：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a_1=1；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a_1-2=-1，不是正整数，因此 a_2=a_1+2=3；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a_2-3=0，不是正整数，因此 a_3=a_2+3=6；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a_3-4=2，是正整数，且没有在数列中出现过，因此 a_4=2；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a_4-5=-3，不是正整数，因此 a_5=a_4+5=7；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a_1,a_2,a_3,a_4,a_5 从小到大排序后的结果为 1  2   3   6   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对于所有数据点，保证 1 ≤ n ≤ 3000。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