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4142: 打印数字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GESP三级嵌套循环字符24年12月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12月认证 C++ 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小杨为数字  0, 1, 2  和  3 设计了一款表示形式，每个数字占用了  5 × 5 的网格。数字  0, 1, 2  和  3 的表示形式如下：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 ****. ..... 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.***. ****. ****. ****.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.***. ****. ..... 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.***. ****. .**** ****.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 ****. ..... 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小杨想请你将给定的数字 n 转换为对应的表示形式。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第一行包含一个正整数代表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输出对应的表示形式。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12230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****.....................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****.****.****.****..***.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****.................***.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****..****.********..***.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****.....................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0 ≤ n ≤ 10^6，且 n 仅由数字 0 , 1 , 2 , 3 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