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4141: 数字替换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GESP三级数组24年12月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12月认证 C++ 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小杨有一个包含 n 个数字的序列 A，即 A = { a_1,a_2, ⋯ , a_n } ，他想将其中大于 k 的数字都替换为序列的最大值，将其中小于 k 的数字都替换为序列的最小值，请你帮他计算出替换后的序列。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n,k，含义如题⾯所示。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个数字，代表序列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个整数，代表替换后的结果。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-2 -1 0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-2 -2 0 2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10^5，|k|,|a_i|≤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