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4139: 寻找数字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GESP二级循环sqrt24年12月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12月认证 C++ 二级真题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小杨有一个正整数 a，小杨想知道是否存在一个正整数 b 满足 a=b^4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t，代表测试数据组数。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对于每组测试数据，第一行包含一个正整数代表 a。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对于每组测试数据，如果存在满足条件的正整数 b，则输出 b ，否则输出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t ≤ 10^5，1 ≤ a ≤ 10^8。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