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4138: 奇数和偶数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GESP一级循环24年12月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2008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12月认证 C++ 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个正整数，他想知道其中的奇数有多少个，偶数有多少个。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n，代表正整数个数。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n行，每行包含一个正整数。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输出两个正整数（用英文空格间隔），代表奇数的个数和偶数的个数。如奇数或偶数的个数为 0，则对应输出0。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10^5 且正整数大小不超过 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