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3977: 自画像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市赛深搜广搜连通块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Capoo是一只可爱的猫猫虫。他想给自己画一张自画像。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Capoo在一个 n 行 m 列的方格白纸上完成自己的画作。他会把一些格子涂成蓝色，剩下的格子保持白色。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对于一个给定的n 行 m 列网格，我们用.表示白色格子，#表示蓝色格子，那么我们认为这个网格图像Capoo，当且仅当这个图的所有蓝色部分恰好构成一个矩形，外加与矩形下边界接触，并且相互不接触的恰好三个单独格子。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例如，以下网格都是像 Capoo 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     ........     ########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.######.     ........     ########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.######.     ########     ########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.######.     .#.#...#     ########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..#.#.#.     ........     #...#..#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而以下网格都不是像 Capoo 的：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........   .....##.   .####...   ........   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.######.   ........   .###....   ########   .######.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.######.   ########   .####...   ########   .######.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.######.   ########   .###....   ########   ........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..##..#.   ..#.#..#   .####...   #.#.#..#   ..#.#.#.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其中，第一张网格下方有两个蓝色格子相邻了，第二张网格上面有两个多余的蓝色格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子，第三张的三个格子到了矩形的右侧，第四章的矩形下面有四个蓝色格子，第五张下面的三个格子和上面的矩形分离了。他们都是不像 Capoo 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现在给出 Capoo 的画作，你需要判断这幅图像不像 Capoo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T ，表示数据组数。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接下来输入 T 组数据，对于每组数据：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 m，表示网格的行数和列数。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行，每行一个长度为 m 的字符串，其中每个字符是 . 或 #，表示 Capoo 的画作。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T 行，每行为 Like 或 Unlike，分别表示每组数据的答案。其中，输出第 i 行为 Like 表示第 i 组数据像 Capoo ，为 Unlike 则表示不像 Capoo。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10 % 的数据， T ≤q 10 ， n, m ≤q 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 n, m ≤q 10 ， ∑ n, ∑ m ≤q 10^2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 n, m ≤q 10^2 ， ∑ n, ∑ m ≤q 10^3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 1 ≤q T ≤q 200 ， 1 ≤q n, m ≤q 10^3 ， 1 ≤q ∑ n, ∑ m ≤q 2 × 10^3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