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3950: 变换（change）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游园会有有一个项目叫做变换，这个项目的规则如下：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S 和 T 两个长度相同的序列，都是由 0 和 1 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我们想要把 S 序列变成 T 序列，每次变换我们可以把一个 0 变成 1，或者把一个 1 变成 0，第 i 个数改变一次所需要的代价是 Ci × D，Ci 是题目给出的，跟位置 i 有关，即我们变换第 i 个数的时候使用，D 是当前 S 和 T 里面不匹配的数字的数量。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显然，不同的变换顺序的代价是不一样的。我们希望求出这个最小的变换代价。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输入的第一行是一个整数 n，表示序列的长度。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接下来一行有一个长度为 n 的序列，表示 S 序列，中间有一个空格隔开。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接下来一行有一个长度为 n 的序列，表示 T 序列，中间有一个空格隔开。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接下来一行有 n 个整数，表示 Ci，整数用一个空格隔开。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输出最小的变换代价。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 S 和 T 是完全一样的，所以不需要变换，最小的变化代价是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这里我们先变换第 1 个数， 花费的代价是 C_1 × 3 = 3， 此时还有 3 个数没有匹配好， 所以乘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 3， 然后我们变换第 2 个数， 花费的代价是 C_2 × 2 = 4， 此时还有 2 个数没有匹配好， 所以乘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 2， 然后我们变换第 3 个数， 花费的代价是 C_3 × 1 = 3， 此时只有 1 个数没有匹配好， 所以乘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 1， 总的代价 10， 为最小代价。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如果我们换种顺序去变换， 比如我们先变换第 3 个， 再变换第 2 个， 最后变换第 1 个， 那么花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费的代价就是 C_3 × 3 + C_2 × 2 + C_1 × 1 = 14。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对于所有的数据： 1 ≤ n ≤ 100000, 1 ≤ C_i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数据编号数据范围特殊性质1 ∼ 3n ≤ 10保证 S 和 T 最多只有一个数不同4∼ 7n ≤ 20001 ≤ C_i ≤ 1008∼ 10n ≤ 10000无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