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3948: 买文具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基本运算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小梦负责组织学校里面的游园活动，老师给了小梦一个任务，要去文具店买尽量多的签字笔。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已知一只签字笔的价格是 1 元 9 角，而老师给小玉的钱是 a 元 b 角，小玉想知道，她最多能买多少只签字笔呢。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输入的数据，在一行内，包括两个整数，依次表示 a 和 b。（a ≤ 10000,b ≤ 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输出一个整数，表示小玉最多能买多少只签字笔。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