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3937: 扑克牌（poker） [CSP-J 2024]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3937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CSP-J 2024枚举模拟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1171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CSP-J 2024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P 从同学小 Q 那儿借来一副 n 张牌的扑克牌。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本题中我们不考虑大小王，此时每张牌具有两个属性：花色和点数。花色共有 4 种：方片、草花、红桃和黑桃。点数共有 13 种，从小到大分别为 {A 2 3 4 5 6 7 8 9 T J Q K}。注意：点数 10 在本题中记为  T。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我们称一副扑克牌是完整的，当且仅当对于每一种花色和每一种点数，都恰好有一张牌具有对应的花色和点数。由此，一副完整的扑克牌恰好有 4 × 13 = 52 张牌。以下图片展示了一副完整的扑克牌里所有的 52 张牌。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P 借来的牌可能不是完整的，为此小 P 准备再向同学小 S 借若干张牌。可以认为小 S 每种牌都有无限张，因此小 P 可以任意选择借来的牌。小 P 想知道他至少得向小 S 借多少张牌，才能让从小 S 和小 Q 借来的牌中，可以选出 52 张牌构成一副完整的扑克牌。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为了方便你的输入，我们使用字符  D 代表方片，字符  C 代表草花，字符  H 代表红桃，字符  S 代表黑桃，这样每张牌可以通过一个长度为 2 的字符串表示，其中第一个字符表示这张牌的花色，第二个字符表示这张牌的点数，例如 {CA} 表示草花  A，{ST} 表示黑桃  T（黑桃 10）。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225287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zxmsnmh7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528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输入的第一行包含一个整数 n 表示牌数。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 行：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每行包含一个长度为 2 的字符串描述一张牌，其中第一个字符描述其花色，第二个字符描述其点数。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输出一行一个整数，表示最少还需要向小 S 借几张牌才能凑成一副完整的扑克牌。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 1 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这一副牌中包含一张黑桃  A，小 P 还需要借除了黑桃  A 以外的 51 张牌以构成一副完整的扑克牌。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 2 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这一副牌中包含两张方片  Q、一张方片  T（方片 10）以及一张红桃 3，小 P 还需要借除了红桃 3、方片  T 和方片  Q 以外的 49 张牌。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 3 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见选手目录下的 poker/poker3.in 与 poker/poker3.ans。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这一副扑克牌是完整的，故不需要再借任何牌。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该样例满足所有牌按照点数从小到大依次输入，点数相同时按照方片、草花、红桃、黑桃的顺序依次输入。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对于所有测试数据，保证：1 ≤q n ≤q 52，输入的 n 个字符串每个都代表一张合法的扑克牌，即字符串长度为 2，且第一个字符为 {D C H S} 中的某个字符，第二个字符为 {A 2 3 4 5 6 7 8 9 T J Q K} 中的某个字符。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测试点编号n ≤q特殊性质11A2∼ 452A5∼ 752B8∼ 1052无特殊性质 A：保证输入的 n 张牌两两不同。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特殊性质 B：保证所有牌按照点数从小到大依次输入，点数相同时按照方片、草花、红桃、黑桃的顺序依次输入。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附件下载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5328"/>
      </w:pPr>
      <w:r>
        <w:rPr>
          <w:rFonts w:ascii="Consolas" w:hAnsi="Consolas"/>
          <w:sz w:val="18"/>
        </w:rPr>
        <w:t xml:space="preserve">                                poker.zip                            </w:t>
      </w:r>
    </w:p>
    <w:p>
      <w:pPr>
        <w:spacing w:before="40" w:after="40"/>
        <w:ind w:left="4752"/>
      </w:pPr>
      <w:r>
        <w:rPr>
          <w:rFonts w:ascii="Consolas" w:hAnsi="Consolas"/>
          <w:sz w:val="18"/>
        </w:rPr>
        <w:t xml:space="preserve">                            (0.91 KB)</w:t>
      </w:r>
    </w:p>
    <w:p>
      <w:pPr>
        <w:spacing w:before="40" w:after="40"/>
        <w:ind w:left="4176"/>
      </w:pPr>
      <w:r>
        <w:rPr>
          <w:rFonts w:ascii="Consolas" w:hAnsi="Consolas"/>
          <w:sz w:val="18"/>
        </w:rPr>
        <w:t xml:space="preserve">                      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