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3901: 小杨和整数拆分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小杨有一个正整数 n ，小杨想将它拆分成若干完全平方数的和，同时小杨希望拆分的数量越少越好。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小杨请你编写程序计算出总和为 n 的完全平方数的最少数量。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n，含义如题面所示。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输出一个整数，代表总和为 n 的完全平方数的最少数量。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子任务编号数据点占比n120%≤ 20240%≤ 1000340%≤ 10^5样例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18=9+9=16+1+1其中最少需要 2 个完全平方数。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