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3897: 黑白方块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3897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GESP四级二维数组24年9月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9月认证 C++ 四级真题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小杨有一个 n 行 m 列的网格图，其中每个格子要么是白色，要么是黑色。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小杨想知道网格图中是否存在一个满足如下条件的子矩形：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子矩形由 4 行 4 列组成；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子矩形的第 1 行 和第 4 行只包含白色格子；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对于子矩形的第 2 行 和第 3 行，只有第 1 个和第 4 个格子是白色的，其余格子都是黑色的；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请你编写程序帮助小杨判断。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t，代表测试用例组数。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接下来是 t 组测试用例。对于每组测试用例，一共 n+1 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第一行包含两个正整数 n,m ，含义如题面所示。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之后 n 行，每行一个长度为 m 的 01 串，代表网格图第 i 格子的颜色，如果为 0 ，则对应格子为白色，否则为黑色。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对于每组测试用例，如果存在，输出  Yes，否则输出 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00001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01110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00001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01100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Yes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【样例1解释】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满足条件的子矩形形如：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t ≤ 10,1 ≤ n,m ≤ 100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