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3895: 平衡序列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GESP三级数组24年9月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C++三级真题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小杨有一个包含 n 个正整数的序列 a ，他认为一个序列是平衡的当且仅当存在一个正整数   i(1 ≤ i &lt; n ) 使得序列第 1 个到第 i 个数字的总和等于第 i+1 个到第 n 个数字的总和。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小杨想请你判断序列 a 是否是平衡的。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t，代表测试用例组数。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 t 组测试用例。对于每组测试用例，一共两行。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n，代表序列长度。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个正整数，代表序列 a。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对于每组测试用例，如果序列 a是否是平衡的，输出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t ≤ 100,1 ≤ n,a_i ≤ 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对于第一组测试用例，令 i=2，则有 1+2=3，因此序列是平衡的；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对于第二组测试用例，令 i=2，则有 2+3=1+4，因此序列是平衡的；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对于第三组测试用例，不存在满足要求的 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