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3891: 小杨购物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3891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GESP一级基础问题24年9月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2827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GESP 9月认证 C++ 一级真题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小杨有 n 元钱用于购物。商品 A  的单价是 a 元，商品 B 的单价是 b 元。小杨想购买 相同数量 的商品 A 和商品 B 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请你编写程序帮小杨计算出他 最多 能够购买多少个商品 A 和商品 B 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第一行包含 1 个正整数 n ，代表小杨用于购物的钱的金额。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第二行包含 1 个正整数 a ，代表商品 A 的单价。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第三行包含 1 个正整数 b ，代表商品 B 的单价。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输出一行，包含 1 个整数，代表小杨 最多 能够购买的商品 A 和商品 B 的数量。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【数据范围】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对于全部数据，保证有   1 ≤ n,a,b ≤ 10^{5} 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样例 1 解释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由于需要购买相同数量的两种商品，因此小杨最多能够购买 4 件商品 A 和 4 件商品 B ，共花费 4 × 1 + 4 × 2= 12 元。因此，样例 1 的答案为 4 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样例 2 解释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由于需要购买相同数量的两种商品，因此小杨最多能够购买 4 件商品 A 和 4 件商品 B ，共花费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4 × 1 + 4  × 2=12   元。如果小杨想购买 5 件商品 A 和 5 件商品 B ，则需花费 5 × 1+5 × 2=15 元，超过了小杨的预算 13 元。因此，样例 2 的答案为 4 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