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3868: 二叉树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GESP六级二叉树树上前缀和树上差分24年6月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小杨有一棵包含 n 个节点的二叉树，且根节点的编号为 1 。这棵二叉树任意一个节点要么是白色，要么是黑色。之后小杨会对这棵二叉树进行 q 次操作，每次小杨会选择一个节点，将以这个节点为根的子树内所有节点的颜色反转，即黑色变成白色，白色变成黑色。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 q 次操作全部完成之后每个节点的颜色。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 ，表示二叉树的节点数量。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n-1 个正整数，第 i（1 ≤ i ≤ n-1) 个数表示编号为 i+1 的节点的父亲节点编号，数据保证是一棵二叉树。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第三行一个长度为 n 的 01 串，从左到右第 i（1 ≤ i ≤ n) 位如果为 0，表示编号为 i 的节点颜色为白色，否则为黑色。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第四行一个正整数 q ，表示操作次数。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行每行一个正整数 a_i（1 ≤ a_i ≤  n)，表示第 i 次操作选择的节点编号。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输出一行一个长度为 n 的 01 串，表示 q 次操作全部完成之后每个节点的颜色。从左到右第 i(1 ≤ i ≤ n)  位如果为 0，表示编号为 i 的节点颜色为白色，否则为黑色。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010000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第一次操作后，节点颜色为：011010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第二次操作后，节点颜色为：000000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第三次操作后，节点颜色为：010000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n，q ≤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8633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r8xro5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633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