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3862: 寻找倍数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GESP三级数组24年6月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小杨有一个包含 n 个正整数的序列 A=[a_1,a_2,⋯,a_n]，他想知道是否存在 i (1 ≤ i ≤ n ) 使得 a_i 是序列 A 中所有数的倍数。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t，代表测试用例组数。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t 组测试用例。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对于每组测试用例，一共两行。其中，第一行包含一个正整数n；第二行包含 n 个正整数，代表序列 A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对于每组测试用例，如果存在 i (1 ≤ i ≤ n ) 满足对于所有 k (1 ≤ k ≤ n) a_i 是 a_k 的倍数，输出 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对于第一组数据，对于 a_3=4，满足 a_3 是 a_1 和 a_2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≤ 10，1 ≤ n ≤ 10^5，1 ≤ a_i ≤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